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13C68" w14:textId="77777777" w:rsidR="001A7630" w:rsidRPr="00A15A1C" w:rsidRDefault="00000000">
      <w:pPr>
        <w:pStyle w:val="1"/>
        <w:jc w:val="center"/>
        <w:rPr>
          <w:rFonts w:ascii="黑体" w:eastAsia="黑体" w:hAnsi="黑体" w:hint="eastAsia"/>
          <w:color w:val="4F81BD" w:themeColor="accent1"/>
          <w:sz w:val="32"/>
          <w:szCs w:val="32"/>
          <w:lang w:eastAsia="zh-CN"/>
        </w:rPr>
      </w:pPr>
      <w:r w:rsidRPr="00A15A1C">
        <w:rPr>
          <w:rFonts w:ascii="黑体" w:eastAsia="黑体" w:hAnsi="黑体"/>
          <w:color w:val="4F81BD" w:themeColor="accent1"/>
          <w:sz w:val="32"/>
          <w:szCs w:val="32"/>
          <w:lang w:eastAsia="zh-CN"/>
        </w:rPr>
        <w:t>法律外语融合创新与区域国别法治研究学术研讨会</w:t>
      </w:r>
    </w:p>
    <w:p w14:paraId="3B4D4582" w14:textId="47E71FA0" w:rsidR="001A7630" w:rsidRPr="00A47C17" w:rsidRDefault="00A15A1C">
      <w:pPr>
        <w:pStyle w:val="31"/>
        <w:rPr>
          <w:rFonts w:ascii="宋体" w:eastAsia="宋体" w:hAnsi="宋体" w:hint="eastAsia"/>
          <w:sz w:val="28"/>
          <w:szCs w:val="24"/>
          <w:lang w:eastAsia="zh-CN"/>
        </w:rPr>
      </w:pPr>
      <w:r w:rsidRPr="00A15A1C">
        <w:rPr>
          <w:rFonts w:ascii="宋体" w:eastAsia="宋体" w:hAnsi="宋体"/>
          <w:sz w:val="28"/>
          <w:szCs w:val="24"/>
          <w:lang w:eastAsia="zh-CN"/>
        </w:rPr>
        <w:t>参会回执</w:t>
      </w:r>
      <w:r w:rsidR="00471273">
        <w:rPr>
          <w:rFonts w:ascii="宋体" w:eastAsia="宋体" w:hAnsi="宋体" w:hint="eastAsia"/>
          <w:sz w:val="28"/>
          <w:szCs w:val="24"/>
          <w:lang w:eastAsia="zh-CN"/>
        </w:rPr>
        <w:t xml:space="preserve">1. </w:t>
      </w:r>
      <w:proofErr w:type="spellStart"/>
      <w:r w:rsidR="00000000" w:rsidRPr="00A47C17">
        <w:rPr>
          <w:rFonts w:ascii="宋体" w:eastAsia="宋体" w:hAnsi="宋体"/>
          <w:sz w:val="28"/>
          <w:szCs w:val="24"/>
        </w:rPr>
        <w:t>普通参会</w:t>
      </w:r>
      <w:proofErr w:type="spellEnd"/>
    </w:p>
    <w:tbl>
      <w:tblPr>
        <w:tblStyle w:val="aff1"/>
        <w:tblW w:w="9683" w:type="dxa"/>
        <w:tblLayout w:type="fixed"/>
        <w:tblLook w:val="04A0" w:firstRow="1" w:lastRow="0" w:firstColumn="1" w:lastColumn="0" w:noHBand="0" w:noVBand="1"/>
      </w:tblPr>
      <w:tblGrid>
        <w:gridCol w:w="1708"/>
        <w:gridCol w:w="2848"/>
        <w:gridCol w:w="1708"/>
        <w:gridCol w:w="3419"/>
      </w:tblGrid>
      <w:tr w:rsidR="001A7630" w14:paraId="6260F736" w14:textId="77777777" w:rsidTr="00A47C17">
        <w:trPr>
          <w:trHeight w:val="412"/>
        </w:trPr>
        <w:tc>
          <w:tcPr>
            <w:tcW w:w="1708" w:type="dxa"/>
          </w:tcPr>
          <w:p w14:paraId="1E705FB3" w14:textId="77777777" w:rsidR="001A7630" w:rsidRDefault="00000000">
            <w:pPr>
              <w:rPr>
                <w:rFonts w:hint="eastAsia"/>
              </w:rPr>
            </w:pPr>
            <w:r>
              <w:t>姓名</w:t>
            </w:r>
          </w:p>
        </w:tc>
        <w:tc>
          <w:tcPr>
            <w:tcW w:w="2848" w:type="dxa"/>
          </w:tcPr>
          <w:p w14:paraId="581416D7" w14:textId="77777777" w:rsidR="001A7630" w:rsidRDefault="001A7630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15BD1485" w14:textId="77777777" w:rsidR="001A7630" w:rsidRDefault="00000000">
            <w:pPr>
              <w:rPr>
                <w:rFonts w:hint="eastAsia"/>
              </w:rPr>
            </w:pPr>
            <w:r>
              <w:t>性别</w:t>
            </w:r>
          </w:p>
        </w:tc>
        <w:tc>
          <w:tcPr>
            <w:tcW w:w="3417" w:type="dxa"/>
          </w:tcPr>
          <w:p w14:paraId="11C8E0B3" w14:textId="77777777" w:rsidR="001A7630" w:rsidRDefault="001A7630">
            <w:pPr>
              <w:rPr>
                <w:rFonts w:hint="eastAsia"/>
              </w:rPr>
            </w:pPr>
          </w:p>
        </w:tc>
      </w:tr>
      <w:tr w:rsidR="001A7630" w14:paraId="181A5E92" w14:textId="77777777" w:rsidTr="00A47C17">
        <w:trPr>
          <w:trHeight w:val="412"/>
        </w:trPr>
        <w:tc>
          <w:tcPr>
            <w:tcW w:w="1708" w:type="dxa"/>
          </w:tcPr>
          <w:p w14:paraId="3CF8B7B2" w14:textId="77777777" w:rsidR="001A7630" w:rsidRDefault="00000000">
            <w:pPr>
              <w:rPr>
                <w:rFonts w:hint="eastAsia"/>
              </w:rPr>
            </w:pPr>
            <w:r>
              <w:t>工作单位</w:t>
            </w:r>
          </w:p>
        </w:tc>
        <w:tc>
          <w:tcPr>
            <w:tcW w:w="2848" w:type="dxa"/>
          </w:tcPr>
          <w:p w14:paraId="2CAC02C7" w14:textId="77777777" w:rsidR="001A7630" w:rsidRDefault="001A7630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5DF36156" w14:textId="2B33467D" w:rsidR="001A7630" w:rsidRDefault="00000000">
            <w:pPr>
              <w:rPr>
                <w:rFonts w:hint="eastAsia"/>
                <w:lang w:eastAsia="zh-CN"/>
              </w:rPr>
            </w:pPr>
            <w:proofErr w:type="spellStart"/>
            <w:r>
              <w:t>职称</w:t>
            </w:r>
            <w:proofErr w:type="spellEnd"/>
            <w:r>
              <w:t>/</w:t>
            </w:r>
            <w:r w:rsidR="00A47C17">
              <w:rPr>
                <w:rFonts w:hint="eastAsia"/>
                <w:lang w:eastAsia="zh-CN"/>
              </w:rPr>
              <w:t>职务</w:t>
            </w:r>
          </w:p>
        </w:tc>
        <w:tc>
          <w:tcPr>
            <w:tcW w:w="3417" w:type="dxa"/>
          </w:tcPr>
          <w:p w14:paraId="5CEA004C" w14:textId="77777777" w:rsidR="001A7630" w:rsidRDefault="001A7630">
            <w:pPr>
              <w:rPr>
                <w:rFonts w:hint="eastAsia"/>
              </w:rPr>
            </w:pPr>
          </w:p>
        </w:tc>
      </w:tr>
      <w:tr w:rsidR="001A7630" w14:paraId="6A80D11D" w14:textId="77777777" w:rsidTr="00A47C17">
        <w:trPr>
          <w:trHeight w:val="424"/>
        </w:trPr>
        <w:tc>
          <w:tcPr>
            <w:tcW w:w="1708" w:type="dxa"/>
          </w:tcPr>
          <w:p w14:paraId="46AABD49" w14:textId="77777777" w:rsidR="001A7630" w:rsidRDefault="00000000">
            <w:pPr>
              <w:rPr>
                <w:rFonts w:hint="eastAsia"/>
              </w:rPr>
            </w:pPr>
            <w:r>
              <w:t>联系电话</w:t>
            </w:r>
          </w:p>
        </w:tc>
        <w:tc>
          <w:tcPr>
            <w:tcW w:w="2848" w:type="dxa"/>
          </w:tcPr>
          <w:p w14:paraId="1F2C86D8" w14:textId="77777777" w:rsidR="001A7630" w:rsidRDefault="001A7630">
            <w:pPr>
              <w:rPr>
                <w:rFonts w:hint="eastAsia"/>
              </w:rPr>
            </w:pPr>
          </w:p>
        </w:tc>
        <w:tc>
          <w:tcPr>
            <w:tcW w:w="1708" w:type="dxa"/>
          </w:tcPr>
          <w:p w14:paraId="0A3DC079" w14:textId="77777777" w:rsidR="001A7630" w:rsidRDefault="00000000">
            <w:pPr>
              <w:rPr>
                <w:rFonts w:hint="eastAsia"/>
              </w:rPr>
            </w:pPr>
            <w:r>
              <w:t>电子邮箱</w:t>
            </w:r>
          </w:p>
        </w:tc>
        <w:tc>
          <w:tcPr>
            <w:tcW w:w="3417" w:type="dxa"/>
          </w:tcPr>
          <w:p w14:paraId="7E0D97AD" w14:textId="77777777" w:rsidR="001A7630" w:rsidRDefault="001A7630">
            <w:pPr>
              <w:rPr>
                <w:rFonts w:hint="eastAsia"/>
              </w:rPr>
            </w:pPr>
          </w:p>
        </w:tc>
      </w:tr>
      <w:tr w:rsidR="00A47C17" w14:paraId="64372880" w14:textId="77777777" w:rsidTr="00A47C17">
        <w:trPr>
          <w:trHeight w:val="412"/>
        </w:trPr>
        <w:tc>
          <w:tcPr>
            <w:tcW w:w="1708" w:type="dxa"/>
          </w:tcPr>
          <w:p w14:paraId="6AE33CBE" w14:textId="77777777" w:rsidR="00A47C17" w:rsidRDefault="00A47C17">
            <w:pPr>
              <w:rPr>
                <w:rFonts w:hint="eastAsia"/>
              </w:rPr>
            </w:pPr>
            <w:proofErr w:type="spellStart"/>
            <w:r>
              <w:t>通讯地址</w:t>
            </w:r>
            <w:proofErr w:type="spellEnd"/>
          </w:p>
        </w:tc>
        <w:tc>
          <w:tcPr>
            <w:tcW w:w="7975" w:type="dxa"/>
            <w:gridSpan w:val="3"/>
          </w:tcPr>
          <w:p w14:paraId="462067B3" w14:textId="77777777" w:rsidR="00A47C17" w:rsidRDefault="00A47C17">
            <w:pPr>
              <w:rPr>
                <w:rFonts w:hint="eastAsia"/>
              </w:rPr>
            </w:pPr>
          </w:p>
        </w:tc>
      </w:tr>
      <w:tr w:rsidR="00A47C17" w14:paraId="1FA6185E" w14:textId="77777777" w:rsidTr="00A47C17">
        <w:trPr>
          <w:trHeight w:val="412"/>
        </w:trPr>
        <w:tc>
          <w:tcPr>
            <w:tcW w:w="1708" w:type="dxa"/>
          </w:tcPr>
          <w:p w14:paraId="51F91616" w14:textId="77777777" w:rsidR="00A47C17" w:rsidRDefault="00A47C17">
            <w:pPr>
              <w:rPr>
                <w:rFonts w:hint="eastAsia"/>
              </w:rPr>
            </w:pPr>
            <w:proofErr w:type="spellStart"/>
            <w:r>
              <w:t>备注</w:t>
            </w:r>
            <w:proofErr w:type="spellEnd"/>
          </w:p>
        </w:tc>
        <w:tc>
          <w:tcPr>
            <w:tcW w:w="7975" w:type="dxa"/>
            <w:gridSpan w:val="3"/>
          </w:tcPr>
          <w:p w14:paraId="23E191E1" w14:textId="77777777" w:rsidR="00A47C17" w:rsidRDefault="00A47C17">
            <w:pPr>
              <w:rPr>
                <w:rFonts w:hint="eastAsia"/>
              </w:rPr>
            </w:pPr>
          </w:p>
        </w:tc>
      </w:tr>
    </w:tbl>
    <w:p w14:paraId="420192E5" w14:textId="77777777" w:rsidR="001A7630" w:rsidRDefault="001A7630">
      <w:pPr>
        <w:rPr>
          <w:rFonts w:hint="eastAsia"/>
          <w:lang w:eastAsia="zh-CN"/>
        </w:rPr>
      </w:pPr>
    </w:p>
    <w:p w14:paraId="3D34E5C4" w14:textId="77777777" w:rsidR="006A48C5" w:rsidRDefault="006A48C5">
      <w:pPr>
        <w:rPr>
          <w:rFonts w:hint="eastAsia"/>
          <w:lang w:eastAsia="zh-CN"/>
        </w:rPr>
      </w:pPr>
    </w:p>
    <w:p w14:paraId="516D3AFD" w14:textId="7D714FC9" w:rsidR="001A7630" w:rsidRPr="00A47C17" w:rsidRDefault="00A15A1C">
      <w:pPr>
        <w:pStyle w:val="31"/>
        <w:rPr>
          <w:rFonts w:ascii="宋体" w:eastAsia="宋体" w:hAnsi="宋体" w:hint="eastAsia"/>
          <w:sz w:val="28"/>
          <w:szCs w:val="24"/>
        </w:rPr>
      </w:pPr>
      <w:r w:rsidRPr="00A15A1C">
        <w:rPr>
          <w:rFonts w:ascii="宋体" w:eastAsia="宋体" w:hAnsi="宋体"/>
          <w:sz w:val="28"/>
          <w:szCs w:val="24"/>
          <w:lang w:eastAsia="zh-CN"/>
        </w:rPr>
        <w:t>参会回执</w:t>
      </w:r>
      <w:r w:rsidR="00471273">
        <w:rPr>
          <w:rFonts w:ascii="宋体" w:eastAsia="宋体" w:hAnsi="宋体" w:hint="eastAsia"/>
          <w:sz w:val="28"/>
          <w:szCs w:val="24"/>
          <w:lang w:eastAsia="zh-CN"/>
        </w:rPr>
        <w:t xml:space="preserve">2. </w:t>
      </w:r>
      <w:proofErr w:type="spellStart"/>
      <w:r w:rsidR="00471273" w:rsidRPr="00471273">
        <w:rPr>
          <w:rFonts w:ascii="宋体" w:eastAsia="宋体" w:hAnsi="宋体"/>
          <w:sz w:val="28"/>
          <w:szCs w:val="24"/>
        </w:rPr>
        <w:t>论坛发言</w:t>
      </w:r>
      <w:proofErr w:type="spellEnd"/>
    </w:p>
    <w:tbl>
      <w:tblPr>
        <w:tblStyle w:val="aff1"/>
        <w:tblW w:w="9747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3510"/>
      </w:tblGrid>
      <w:tr w:rsidR="001A7630" w14:paraId="04EA2029" w14:textId="77777777" w:rsidTr="006A48C5">
        <w:trPr>
          <w:trHeight w:val="370"/>
        </w:trPr>
        <w:tc>
          <w:tcPr>
            <w:tcW w:w="1701" w:type="dxa"/>
          </w:tcPr>
          <w:p w14:paraId="667CCB55" w14:textId="14CFAD3B" w:rsidR="001A7630" w:rsidRDefault="00000000">
            <w:pPr>
              <w:rPr>
                <w:rFonts w:hint="eastAsia"/>
              </w:rPr>
            </w:pPr>
            <w:proofErr w:type="spellStart"/>
            <w:r>
              <w:t>姓名</w:t>
            </w:r>
            <w:proofErr w:type="spellEnd"/>
          </w:p>
        </w:tc>
        <w:tc>
          <w:tcPr>
            <w:tcW w:w="2835" w:type="dxa"/>
          </w:tcPr>
          <w:p w14:paraId="5C916A66" w14:textId="77777777" w:rsidR="001A7630" w:rsidRDefault="001A7630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51ABA1D2" w14:textId="77777777" w:rsidR="001A7630" w:rsidRDefault="00000000">
            <w:pPr>
              <w:rPr>
                <w:rFonts w:hint="eastAsia"/>
              </w:rPr>
            </w:pPr>
            <w:r>
              <w:t>性别</w:t>
            </w:r>
          </w:p>
        </w:tc>
        <w:tc>
          <w:tcPr>
            <w:tcW w:w="3510" w:type="dxa"/>
          </w:tcPr>
          <w:p w14:paraId="406BDC2A" w14:textId="77777777" w:rsidR="001A7630" w:rsidRDefault="001A7630">
            <w:pPr>
              <w:rPr>
                <w:rFonts w:hint="eastAsia"/>
              </w:rPr>
            </w:pPr>
          </w:p>
        </w:tc>
      </w:tr>
      <w:tr w:rsidR="001A7630" w14:paraId="1EE4AD59" w14:textId="77777777" w:rsidTr="006A48C5">
        <w:trPr>
          <w:trHeight w:val="370"/>
        </w:trPr>
        <w:tc>
          <w:tcPr>
            <w:tcW w:w="1701" w:type="dxa"/>
          </w:tcPr>
          <w:p w14:paraId="24E083C3" w14:textId="77777777" w:rsidR="001A7630" w:rsidRDefault="00000000">
            <w:pPr>
              <w:rPr>
                <w:rFonts w:hint="eastAsia"/>
              </w:rPr>
            </w:pPr>
            <w:r>
              <w:t>工作单位</w:t>
            </w:r>
          </w:p>
        </w:tc>
        <w:tc>
          <w:tcPr>
            <w:tcW w:w="2835" w:type="dxa"/>
          </w:tcPr>
          <w:p w14:paraId="542B9286" w14:textId="77777777" w:rsidR="001A7630" w:rsidRDefault="001A7630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6A111D9" w14:textId="691C1B27" w:rsidR="001A7630" w:rsidRDefault="00000000">
            <w:pPr>
              <w:rPr>
                <w:rFonts w:hint="eastAsia"/>
                <w:lang w:eastAsia="zh-CN"/>
              </w:rPr>
            </w:pPr>
            <w:proofErr w:type="spellStart"/>
            <w:r>
              <w:t>职称</w:t>
            </w:r>
            <w:proofErr w:type="spellEnd"/>
            <w:r>
              <w:t>/</w:t>
            </w:r>
            <w:r w:rsidR="00A47C17">
              <w:rPr>
                <w:rFonts w:hint="eastAsia"/>
                <w:lang w:eastAsia="zh-CN"/>
              </w:rPr>
              <w:t>职务</w:t>
            </w:r>
          </w:p>
        </w:tc>
        <w:tc>
          <w:tcPr>
            <w:tcW w:w="3510" w:type="dxa"/>
          </w:tcPr>
          <w:p w14:paraId="0C366C48" w14:textId="77777777" w:rsidR="001A7630" w:rsidRDefault="001A7630">
            <w:pPr>
              <w:rPr>
                <w:rFonts w:hint="eastAsia"/>
              </w:rPr>
            </w:pPr>
          </w:p>
        </w:tc>
      </w:tr>
      <w:tr w:rsidR="001A7630" w14:paraId="5C07EB53" w14:textId="77777777" w:rsidTr="006A48C5">
        <w:trPr>
          <w:trHeight w:val="381"/>
        </w:trPr>
        <w:tc>
          <w:tcPr>
            <w:tcW w:w="1701" w:type="dxa"/>
          </w:tcPr>
          <w:p w14:paraId="45DAE2BC" w14:textId="77777777" w:rsidR="001A7630" w:rsidRDefault="00000000">
            <w:pPr>
              <w:rPr>
                <w:rFonts w:hint="eastAsia"/>
              </w:rPr>
            </w:pPr>
            <w:r>
              <w:t>联系电话</w:t>
            </w:r>
          </w:p>
        </w:tc>
        <w:tc>
          <w:tcPr>
            <w:tcW w:w="2835" w:type="dxa"/>
          </w:tcPr>
          <w:p w14:paraId="793910FF" w14:textId="77777777" w:rsidR="001A7630" w:rsidRDefault="001A7630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1D4E0A83" w14:textId="77777777" w:rsidR="001A7630" w:rsidRDefault="00000000">
            <w:pPr>
              <w:rPr>
                <w:rFonts w:hint="eastAsia"/>
              </w:rPr>
            </w:pPr>
            <w:r>
              <w:t>电子邮箱</w:t>
            </w:r>
          </w:p>
        </w:tc>
        <w:tc>
          <w:tcPr>
            <w:tcW w:w="3510" w:type="dxa"/>
          </w:tcPr>
          <w:p w14:paraId="55F61170" w14:textId="77777777" w:rsidR="001A7630" w:rsidRDefault="001A7630">
            <w:pPr>
              <w:rPr>
                <w:rFonts w:hint="eastAsia"/>
              </w:rPr>
            </w:pPr>
          </w:p>
        </w:tc>
      </w:tr>
      <w:tr w:rsidR="00A47C17" w14:paraId="0DF32F47" w14:textId="77777777" w:rsidTr="006A48C5">
        <w:trPr>
          <w:trHeight w:val="370"/>
        </w:trPr>
        <w:tc>
          <w:tcPr>
            <w:tcW w:w="1701" w:type="dxa"/>
          </w:tcPr>
          <w:p w14:paraId="36DBAFBC" w14:textId="77777777" w:rsidR="00A47C17" w:rsidRDefault="00A47C17">
            <w:pPr>
              <w:rPr>
                <w:rFonts w:hint="eastAsia"/>
              </w:rPr>
            </w:pPr>
            <w:proofErr w:type="spellStart"/>
            <w:r>
              <w:t>通讯地址</w:t>
            </w:r>
            <w:proofErr w:type="spellEnd"/>
          </w:p>
        </w:tc>
        <w:tc>
          <w:tcPr>
            <w:tcW w:w="8046" w:type="dxa"/>
            <w:gridSpan w:val="3"/>
          </w:tcPr>
          <w:p w14:paraId="5EAC2ACF" w14:textId="77777777" w:rsidR="00A47C17" w:rsidRDefault="00A47C17">
            <w:pPr>
              <w:rPr>
                <w:rFonts w:hint="eastAsia"/>
              </w:rPr>
            </w:pPr>
          </w:p>
        </w:tc>
      </w:tr>
      <w:tr w:rsidR="00A47C17" w14:paraId="0E6C4B3B" w14:textId="77777777" w:rsidTr="006A48C5">
        <w:trPr>
          <w:trHeight w:val="370"/>
        </w:trPr>
        <w:tc>
          <w:tcPr>
            <w:tcW w:w="1701" w:type="dxa"/>
          </w:tcPr>
          <w:p w14:paraId="456975BC" w14:textId="0752F349" w:rsidR="00A47C17" w:rsidRDefault="00A47C17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成果</w:t>
            </w:r>
            <w:proofErr w:type="spellStart"/>
            <w:r>
              <w:t>题目</w:t>
            </w:r>
            <w:proofErr w:type="spellEnd"/>
          </w:p>
        </w:tc>
        <w:tc>
          <w:tcPr>
            <w:tcW w:w="8046" w:type="dxa"/>
            <w:gridSpan w:val="3"/>
          </w:tcPr>
          <w:p w14:paraId="57BD261F" w14:textId="77777777" w:rsidR="00A47C17" w:rsidRDefault="00A47C17">
            <w:pPr>
              <w:rPr>
                <w:rFonts w:hint="eastAsia"/>
              </w:rPr>
            </w:pPr>
          </w:p>
        </w:tc>
      </w:tr>
      <w:tr w:rsidR="00B623AE" w14:paraId="285CA182" w14:textId="77777777" w:rsidTr="006A48C5">
        <w:trPr>
          <w:trHeight w:val="370"/>
        </w:trPr>
        <w:tc>
          <w:tcPr>
            <w:tcW w:w="1701" w:type="dxa"/>
          </w:tcPr>
          <w:p w14:paraId="3BA346B5" w14:textId="77777777" w:rsidR="00B623AE" w:rsidRDefault="00B623AE">
            <w:pPr>
              <w:rPr>
                <w:rFonts w:hint="eastAsia"/>
              </w:rPr>
            </w:pPr>
            <w:proofErr w:type="spellStart"/>
            <w:r>
              <w:t>备注</w:t>
            </w:r>
            <w:proofErr w:type="spellEnd"/>
          </w:p>
        </w:tc>
        <w:tc>
          <w:tcPr>
            <w:tcW w:w="8046" w:type="dxa"/>
            <w:gridSpan w:val="3"/>
          </w:tcPr>
          <w:p w14:paraId="4299FBC6" w14:textId="77777777" w:rsidR="00B623AE" w:rsidRDefault="00B623AE">
            <w:pPr>
              <w:rPr>
                <w:rFonts w:hint="eastAsia"/>
              </w:rPr>
            </w:pPr>
          </w:p>
        </w:tc>
      </w:tr>
    </w:tbl>
    <w:p w14:paraId="04ACC302" w14:textId="77777777" w:rsidR="001A7630" w:rsidRDefault="001A7630">
      <w:pPr>
        <w:rPr>
          <w:rFonts w:hint="eastAsia"/>
          <w:lang w:eastAsia="zh-CN"/>
        </w:rPr>
      </w:pPr>
    </w:p>
    <w:p w14:paraId="50D54A4F" w14:textId="77777777" w:rsidR="00A47C17" w:rsidRDefault="00A47C17">
      <w:pPr>
        <w:rPr>
          <w:rFonts w:hint="eastAsia"/>
          <w:lang w:eastAsia="zh-CN"/>
        </w:rPr>
      </w:pPr>
    </w:p>
    <w:p w14:paraId="31E77707" w14:textId="77777777" w:rsidR="006A48C5" w:rsidRDefault="006A48C5">
      <w:pPr>
        <w:rPr>
          <w:rFonts w:hint="eastAsia"/>
          <w:lang w:eastAsia="zh-CN"/>
        </w:rPr>
      </w:pPr>
    </w:p>
    <w:p w14:paraId="72C1E1D7" w14:textId="75FA0E02" w:rsidR="001A7630" w:rsidRPr="006A48C5" w:rsidRDefault="00000000">
      <w:pPr>
        <w:jc w:val="right"/>
        <w:rPr>
          <w:rFonts w:hint="eastAsia"/>
          <w:sz w:val="28"/>
          <w:szCs w:val="24"/>
          <w:lang w:eastAsia="zh-CN"/>
        </w:rPr>
      </w:pPr>
      <w:r w:rsidRPr="006A48C5">
        <w:rPr>
          <w:sz w:val="28"/>
          <w:szCs w:val="24"/>
          <w:lang w:eastAsia="zh-CN"/>
        </w:rPr>
        <w:t>西北政法大学外国语学院</w:t>
      </w:r>
      <w:r w:rsidRPr="006A48C5">
        <w:rPr>
          <w:sz w:val="28"/>
          <w:szCs w:val="24"/>
          <w:lang w:eastAsia="zh-CN"/>
        </w:rPr>
        <w:br/>
        <w:t>2026年</w:t>
      </w:r>
      <w:r w:rsidR="00A15A1C">
        <w:rPr>
          <w:rFonts w:hint="eastAsia"/>
          <w:sz w:val="28"/>
          <w:szCs w:val="24"/>
          <w:lang w:eastAsia="zh-CN"/>
        </w:rPr>
        <w:t>8</w:t>
      </w:r>
      <w:r w:rsidRPr="006A48C5">
        <w:rPr>
          <w:sz w:val="28"/>
          <w:szCs w:val="24"/>
          <w:lang w:eastAsia="zh-CN"/>
        </w:rPr>
        <w:t>月</w:t>
      </w:r>
    </w:p>
    <w:sectPr w:rsidR="001A7630" w:rsidRPr="006A48C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E6BA1" w14:textId="77777777" w:rsidR="00966C74" w:rsidRDefault="00966C74" w:rsidP="000150C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E4433E1" w14:textId="77777777" w:rsidR="00966C74" w:rsidRDefault="00966C74" w:rsidP="000150C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C4D72" w14:textId="77777777" w:rsidR="00966C74" w:rsidRDefault="00966C74" w:rsidP="000150C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25D35BC" w14:textId="77777777" w:rsidR="00966C74" w:rsidRDefault="00966C74" w:rsidP="000150C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8496541">
    <w:abstractNumId w:val="8"/>
  </w:num>
  <w:num w:numId="2" w16cid:durableId="970941364">
    <w:abstractNumId w:val="6"/>
  </w:num>
  <w:num w:numId="3" w16cid:durableId="1003165783">
    <w:abstractNumId w:val="5"/>
  </w:num>
  <w:num w:numId="4" w16cid:durableId="28188177">
    <w:abstractNumId w:val="4"/>
  </w:num>
  <w:num w:numId="5" w16cid:durableId="1691445370">
    <w:abstractNumId w:val="7"/>
  </w:num>
  <w:num w:numId="6" w16cid:durableId="727731893">
    <w:abstractNumId w:val="3"/>
  </w:num>
  <w:num w:numId="7" w16cid:durableId="2049719368">
    <w:abstractNumId w:val="2"/>
  </w:num>
  <w:num w:numId="8" w16cid:durableId="1972051363">
    <w:abstractNumId w:val="1"/>
  </w:num>
  <w:num w:numId="9" w16cid:durableId="214495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0C4"/>
    <w:rsid w:val="00034616"/>
    <w:rsid w:val="0006063C"/>
    <w:rsid w:val="0015074B"/>
    <w:rsid w:val="001973DC"/>
    <w:rsid w:val="001A7630"/>
    <w:rsid w:val="0029639D"/>
    <w:rsid w:val="00326F90"/>
    <w:rsid w:val="00471273"/>
    <w:rsid w:val="005625D2"/>
    <w:rsid w:val="006A48C5"/>
    <w:rsid w:val="00966C74"/>
    <w:rsid w:val="00A15A1C"/>
    <w:rsid w:val="00A47C17"/>
    <w:rsid w:val="00AA1D8D"/>
    <w:rsid w:val="00B47730"/>
    <w:rsid w:val="00B623AE"/>
    <w:rsid w:val="00BA1AA0"/>
    <w:rsid w:val="00BB7C54"/>
    <w:rsid w:val="00CB0664"/>
    <w:rsid w:val="00EC1F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1928C8"/>
  <w14:defaultImageDpi w14:val="300"/>
  <w15:docId w15:val="{A4149E6F-2818-4034-9212-45145874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91</Characters>
  <Application>Microsoft Office Word</Application>
  <DocSecurity>0</DocSecurity>
  <Lines>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 Xin</cp:lastModifiedBy>
  <cp:revision>6</cp:revision>
  <dcterms:created xsi:type="dcterms:W3CDTF">2013-12-23T23:15:00Z</dcterms:created>
  <dcterms:modified xsi:type="dcterms:W3CDTF">2026-08-09T14:17:00Z</dcterms:modified>
  <cp:category/>
</cp:coreProperties>
</file>